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98551" w14:textId="77777777" w:rsidR="00D7544A" w:rsidRPr="00D7544A" w:rsidRDefault="00D7544A" w:rsidP="00D7544A">
      <w:pPr>
        <w:jc w:val="center"/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</w:pPr>
      <w:r w:rsidRPr="00D7544A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核子醫學科專科醫師</w:t>
      </w:r>
      <w:proofErr w:type="gramStart"/>
      <w:r w:rsidRPr="00D7544A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甄審加</w:t>
      </w:r>
      <w:proofErr w:type="gramEnd"/>
      <w:r w:rsidRPr="00D7544A">
        <w:rPr>
          <w:rFonts w:ascii="Times New Roman" w:eastAsia="標楷體" w:hAnsi="Times New Roman" w:cs="Times New Roman"/>
          <w:b/>
          <w:bCs/>
          <w:sz w:val="28"/>
          <w:szCs w:val="28"/>
          <w:lang w:eastAsia="zh-TW"/>
        </w:rPr>
        <w:t>分統計表</w:t>
      </w:r>
    </w:p>
    <w:p w14:paraId="3775C9BE" w14:textId="07721E51" w:rsidR="00B03D95" w:rsidRDefault="00B03D95">
      <w:pPr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訓練醫院：</w:t>
      </w:r>
      <w:r w:rsidRPr="00D7544A">
        <w:rPr>
          <w:rFonts w:ascii="Times New Roman" w:eastAsia="標楷體" w:hAnsi="Times New Roman" w:cs="Times New Roman"/>
        </w:rPr>
        <w:t>________________</w:t>
      </w:r>
    </w:p>
    <w:p w14:paraId="2A0D94F0" w14:textId="7B885019" w:rsidR="00EF67D6" w:rsidRDefault="00D7544A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lang w:eastAsia="zh-TW"/>
        </w:rPr>
        <w:t>姓名</w:t>
      </w:r>
      <w:r w:rsidRPr="00D7544A">
        <w:rPr>
          <w:rFonts w:ascii="Times New Roman" w:eastAsia="標楷體" w:hAnsi="Times New Roman" w:cs="Times New Roman"/>
        </w:rPr>
        <w:t>：</w:t>
      </w:r>
      <w:r w:rsidRPr="00D7544A">
        <w:rPr>
          <w:rFonts w:ascii="Times New Roman" w:eastAsia="標楷體" w:hAnsi="Times New Roman" w:cs="Times New Roman"/>
        </w:rPr>
        <w:t xml:space="preserve">________________ </w:t>
      </w:r>
    </w:p>
    <w:tbl>
      <w:tblPr>
        <w:tblStyle w:val="aff2"/>
        <w:tblW w:w="5000" w:type="pct"/>
        <w:tblLook w:val="04A0" w:firstRow="1" w:lastRow="0" w:firstColumn="1" w:lastColumn="0" w:noHBand="0" w:noVBand="1"/>
      </w:tblPr>
      <w:tblGrid>
        <w:gridCol w:w="2802"/>
        <w:gridCol w:w="2130"/>
        <w:gridCol w:w="2061"/>
        <w:gridCol w:w="2061"/>
        <w:gridCol w:w="2061"/>
        <w:gridCol w:w="2061"/>
      </w:tblGrid>
      <w:tr w:rsidR="00EF67D6" w:rsidRPr="00D7544A" w14:paraId="74572490" w14:textId="77777777" w:rsidTr="00B03D95">
        <w:tc>
          <w:tcPr>
            <w:tcW w:w="1063" w:type="pct"/>
            <w:vAlign w:val="center"/>
          </w:tcPr>
          <w:p w14:paraId="661784D7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D7544A">
              <w:rPr>
                <w:rFonts w:ascii="Times New Roman" w:eastAsia="標楷體" w:hAnsi="Times New Roman" w:cs="Times New Roman"/>
              </w:rPr>
              <w:t>項目</w:t>
            </w:r>
            <w:proofErr w:type="spellEnd"/>
          </w:p>
        </w:tc>
        <w:tc>
          <w:tcPr>
            <w:tcW w:w="808" w:type="pct"/>
            <w:vAlign w:val="center"/>
          </w:tcPr>
          <w:p w14:paraId="2F501B27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內容</w:t>
            </w:r>
          </w:p>
        </w:tc>
        <w:tc>
          <w:tcPr>
            <w:tcW w:w="782" w:type="pct"/>
            <w:vAlign w:val="center"/>
          </w:tcPr>
          <w:p w14:paraId="2F2E61FD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件數</w:t>
            </w:r>
          </w:p>
        </w:tc>
        <w:tc>
          <w:tcPr>
            <w:tcW w:w="782" w:type="pct"/>
            <w:vAlign w:val="center"/>
          </w:tcPr>
          <w:p w14:paraId="2171F0F1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每件分數</w:t>
            </w:r>
          </w:p>
        </w:tc>
        <w:tc>
          <w:tcPr>
            <w:tcW w:w="782" w:type="pct"/>
            <w:vAlign w:val="center"/>
          </w:tcPr>
          <w:p w14:paraId="2B3512B6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小計</w:t>
            </w:r>
          </w:p>
        </w:tc>
        <w:tc>
          <w:tcPr>
            <w:tcW w:w="782" w:type="pct"/>
            <w:vAlign w:val="center"/>
          </w:tcPr>
          <w:p w14:paraId="2E1B9CB2" w14:textId="77777777" w:rsidR="00EF67D6" w:rsidRPr="00D7544A" w:rsidRDefault="00000000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D7544A" w:rsidRPr="00D7544A" w14:paraId="313B999D" w14:textId="77777777" w:rsidTr="00B03D95">
        <w:trPr>
          <w:trHeight w:val="411"/>
        </w:trPr>
        <w:tc>
          <w:tcPr>
            <w:tcW w:w="1063" w:type="pct"/>
            <w:vMerge w:val="restart"/>
            <w:vAlign w:val="center"/>
          </w:tcPr>
          <w:p w14:paraId="4E22A897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D7544A">
              <w:rPr>
                <w:rFonts w:ascii="Times New Roman" w:eastAsia="標楷體" w:hAnsi="Times New Roman" w:cs="Times New Roman"/>
              </w:rPr>
              <w:t>期刊論文</w:t>
            </w:r>
            <w:proofErr w:type="spellEnd"/>
          </w:p>
        </w:tc>
        <w:tc>
          <w:tcPr>
            <w:tcW w:w="808" w:type="pct"/>
            <w:vAlign w:val="center"/>
          </w:tcPr>
          <w:p w14:paraId="22AA817F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原著論文</w:t>
            </w:r>
          </w:p>
        </w:tc>
        <w:tc>
          <w:tcPr>
            <w:tcW w:w="782" w:type="pct"/>
            <w:vAlign w:val="center"/>
          </w:tcPr>
          <w:p w14:paraId="0236BA69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0899F662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782" w:type="pct"/>
            <w:vAlign w:val="center"/>
          </w:tcPr>
          <w:p w14:paraId="158DD5D6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7D51411B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05F20809" w14:textId="77777777" w:rsidTr="00B03D95">
        <w:trPr>
          <w:trHeight w:val="411"/>
        </w:trPr>
        <w:tc>
          <w:tcPr>
            <w:tcW w:w="1063" w:type="pct"/>
            <w:vMerge/>
            <w:vAlign w:val="center"/>
          </w:tcPr>
          <w:p w14:paraId="5680F460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" w:type="pct"/>
            <w:vAlign w:val="center"/>
          </w:tcPr>
          <w:p w14:paraId="2C2BE6A3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文獻回顧</w:t>
            </w:r>
          </w:p>
        </w:tc>
        <w:tc>
          <w:tcPr>
            <w:tcW w:w="782" w:type="pct"/>
            <w:vAlign w:val="center"/>
          </w:tcPr>
          <w:p w14:paraId="2B3BB3F0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2C72C4EC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782" w:type="pct"/>
            <w:vAlign w:val="center"/>
          </w:tcPr>
          <w:p w14:paraId="49F95731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7D92DB3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2B70763B" w14:textId="77777777" w:rsidTr="00B03D95">
        <w:trPr>
          <w:trHeight w:val="411"/>
        </w:trPr>
        <w:tc>
          <w:tcPr>
            <w:tcW w:w="1063" w:type="pct"/>
            <w:vMerge/>
            <w:vAlign w:val="center"/>
          </w:tcPr>
          <w:p w14:paraId="312AF665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" w:type="pct"/>
            <w:vAlign w:val="center"/>
          </w:tcPr>
          <w:p w14:paraId="583B5236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病例分析</w:t>
            </w:r>
          </w:p>
        </w:tc>
        <w:tc>
          <w:tcPr>
            <w:tcW w:w="782" w:type="pct"/>
            <w:vAlign w:val="center"/>
          </w:tcPr>
          <w:p w14:paraId="76CDD36E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51351FCA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782" w:type="pct"/>
            <w:vAlign w:val="center"/>
          </w:tcPr>
          <w:p w14:paraId="7E1179E5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7F7E4D82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77A4A2BC" w14:textId="77777777" w:rsidTr="00B03D95">
        <w:trPr>
          <w:trHeight w:val="411"/>
        </w:trPr>
        <w:tc>
          <w:tcPr>
            <w:tcW w:w="1063" w:type="pct"/>
            <w:vMerge/>
            <w:vAlign w:val="center"/>
          </w:tcPr>
          <w:p w14:paraId="14746E9B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" w:type="pct"/>
            <w:vAlign w:val="center"/>
          </w:tcPr>
          <w:p w14:paraId="51C3FA7D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致編輯函</w:t>
            </w:r>
          </w:p>
        </w:tc>
        <w:tc>
          <w:tcPr>
            <w:tcW w:w="782" w:type="pct"/>
            <w:vAlign w:val="center"/>
          </w:tcPr>
          <w:p w14:paraId="666D6081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0D1C1F91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782" w:type="pct"/>
            <w:vAlign w:val="center"/>
          </w:tcPr>
          <w:p w14:paraId="0AF3A3F8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3FE60D9A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3413CEAB" w14:textId="77777777" w:rsidTr="00B03D95">
        <w:trPr>
          <w:trHeight w:val="411"/>
        </w:trPr>
        <w:tc>
          <w:tcPr>
            <w:tcW w:w="1063" w:type="pct"/>
            <w:vMerge/>
            <w:vAlign w:val="center"/>
          </w:tcPr>
          <w:p w14:paraId="020405AE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" w:type="pct"/>
            <w:vAlign w:val="center"/>
          </w:tcPr>
          <w:p w14:paraId="6F5A8F98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病例報告</w:t>
            </w:r>
          </w:p>
        </w:tc>
        <w:tc>
          <w:tcPr>
            <w:tcW w:w="782" w:type="pct"/>
            <w:vAlign w:val="center"/>
          </w:tcPr>
          <w:p w14:paraId="00439A95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3C8E00F3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782" w:type="pct"/>
            <w:vAlign w:val="center"/>
          </w:tcPr>
          <w:p w14:paraId="2EC7344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2B2E8E3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3F293832" w14:textId="77777777" w:rsidTr="00B03D95">
        <w:trPr>
          <w:trHeight w:val="411"/>
        </w:trPr>
        <w:tc>
          <w:tcPr>
            <w:tcW w:w="1063" w:type="pct"/>
            <w:vMerge w:val="restart"/>
            <w:vAlign w:val="center"/>
          </w:tcPr>
          <w:p w14:paraId="76EC5068" w14:textId="2AD55450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D7544A">
              <w:rPr>
                <w:rFonts w:ascii="Times New Roman" w:eastAsia="標楷體" w:hAnsi="Times New Roman" w:cs="Times New Roman"/>
                <w:lang w:eastAsia="zh-TW"/>
              </w:rPr>
              <w:t>核子醫學相關國際會議</w:t>
            </w:r>
          </w:p>
        </w:tc>
        <w:tc>
          <w:tcPr>
            <w:tcW w:w="808" w:type="pct"/>
            <w:vAlign w:val="center"/>
          </w:tcPr>
          <w:p w14:paraId="62D5A143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proofErr w:type="spellStart"/>
            <w:r w:rsidRPr="00D7544A">
              <w:rPr>
                <w:rFonts w:ascii="Times New Roman" w:eastAsia="標楷體" w:hAnsi="Times New Roman" w:cs="Times New Roman"/>
              </w:rPr>
              <w:t>口頭報告</w:t>
            </w:r>
            <w:proofErr w:type="spellEnd"/>
          </w:p>
        </w:tc>
        <w:tc>
          <w:tcPr>
            <w:tcW w:w="782" w:type="pct"/>
            <w:vAlign w:val="center"/>
          </w:tcPr>
          <w:p w14:paraId="38986E5E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4ACEDC9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782" w:type="pct"/>
            <w:vAlign w:val="center"/>
          </w:tcPr>
          <w:p w14:paraId="7CF29CB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02743531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07996CFD" w14:textId="77777777" w:rsidTr="00B03D95">
        <w:trPr>
          <w:trHeight w:val="411"/>
        </w:trPr>
        <w:tc>
          <w:tcPr>
            <w:tcW w:w="1063" w:type="pct"/>
            <w:vMerge/>
            <w:vAlign w:val="center"/>
          </w:tcPr>
          <w:p w14:paraId="2B5DB421" w14:textId="22A4078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" w:type="pct"/>
            <w:vAlign w:val="center"/>
          </w:tcPr>
          <w:p w14:paraId="44D417ED" w14:textId="77777777" w:rsidR="00D7544A" w:rsidRPr="00D7544A" w:rsidRDefault="00D7544A" w:rsidP="006D28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海報發表</w:t>
            </w:r>
          </w:p>
        </w:tc>
        <w:tc>
          <w:tcPr>
            <w:tcW w:w="782" w:type="pct"/>
            <w:vAlign w:val="center"/>
          </w:tcPr>
          <w:p w14:paraId="17A6B2F2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712BAB34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782" w:type="pct"/>
            <w:vAlign w:val="center"/>
          </w:tcPr>
          <w:p w14:paraId="3353DA0F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32E14824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D7544A" w:rsidRPr="00D7544A" w14:paraId="28BDE5F5" w14:textId="77777777" w:rsidTr="00B03D95">
        <w:trPr>
          <w:trHeight w:val="411"/>
        </w:trPr>
        <w:tc>
          <w:tcPr>
            <w:tcW w:w="1871" w:type="pct"/>
            <w:gridSpan w:val="2"/>
            <w:vAlign w:val="center"/>
          </w:tcPr>
          <w:p w14:paraId="52DE5B87" w14:textId="612ED2EF" w:rsidR="00D7544A" w:rsidRPr="00D7544A" w:rsidRDefault="00D7544A" w:rsidP="00D7544A">
            <w:pPr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參加核醫年會</w:t>
            </w:r>
            <w:r w:rsidRPr="00D7544A">
              <w:rPr>
                <w:rFonts w:ascii="Times New Roman" w:eastAsia="標楷體" w:hAnsi="Times New Roman" w:cs="Times New Roman"/>
                <w:lang w:eastAsia="zh-TW"/>
              </w:rPr>
              <w:t>(</w:t>
            </w:r>
            <w:r w:rsidRPr="00D7544A">
              <w:rPr>
                <w:rFonts w:ascii="Times New Roman" w:eastAsia="標楷體" w:hAnsi="Times New Roman" w:cs="Times New Roman"/>
                <w:lang w:eastAsia="zh-TW"/>
              </w:rPr>
              <w:t>最高</w:t>
            </w:r>
            <w:r w:rsidRPr="00D7544A">
              <w:rPr>
                <w:rFonts w:ascii="Times New Roman" w:eastAsia="標楷體" w:hAnsi="Times New Roman" w:cs="Times New Roman"/>
                <w:lang w:eastAsia="zh-TW"/>
              </w:rPr>
              <w:t>4</w:t>
            </w:r>
            <w:r w:rsidRPr="00D7544A">
              <w:rPr>
                <w:rFonts w:ascii="Times New Roman" w:eastAsia="標楷體" w:hAnsi="Times New Roman" w:cs="Times New Roman"/>
                <w:lang w:eastAsia="zh-TW"/>
              </w:rPr>
              <w:t>分</w:t>
            </w:r>
            <w:r w:rsidRPr="00D7544A">
              <w:rPr>
                <w:rFonts w:ascii="Times New Roman" w:eastAsia="標楷體" w:hAnsi="Times New Roman" w:cs="Times New Roman"/>
                <w:lang w:eastAsia="zh-TW"/>
              </w:rPr>
              <w:t>)</w:t>
            </w:r>
          </w:p>
        </w:tc>
        <w:tc>
          <w:tcPr>
            <w:tcW w:w="782" w:type="pct"/>
            <w:vAlign w:val="center"/>
          </w:tcPr>
          <w:p w14:paraId="376A369D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82" w:type="pct"/>
            <w:vAlign w:val="center"/>
          </w:tcPr>
          <w:p w14:paraId="00BE0672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544A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782" w:type="pct"/>
            <w:vAlign w:val="center"/>
          </w:tcPr>
          <w:p w14:paraId="1509FBFD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82" w:type="pct"/>
            <w:vAlign w:val="center"/>
          </w:tcPr>
          <w:p w14:paraId="3B14D1B5" w14:textId="77777777" w:rsidR="00D7544A" w:rsidRPr="00D7544A" w:rsidRDefault="00D7544A" w:rsidP="00D7544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6E3382E6" w14:textId="77777777" w:rsidR="00B03D95" w:rsidRDefault="00B03D95">
      <w:pPr>
        <w:rPr>
          <w:rFonts w:ascii="Times New Roman" w:eastAsia="標楷體" w:hAnsi="Times New Roman" w:cs="Times New Roman"/>
          <w:lang w:eastAsia="zh-TW"/>
        </w:rPr>
      </w:pPr>
    </w:p>
    <w:p w14:paraId="471109A0" w14:textId="73AB1AC2" w:rsidR="00B03D95" w:rsidRPr="00D7544A" w:rsidRDefault="00B03D95" w:rsidP="00B03D95">
      <w:pPr>
        <w:rPr>
          <w:rFonts w:ascii="Times New Roman" w:eastAsia="標楷體" w:hAnsi="Times New Roman" w:cs="Times New Roman"/>
          <w:lang w:eastAsia="zh-TW"/>
        </w:rPr>
      </w:pPr>
      <w:proofErr w:type="gramStart"/>
      <w:r w:rsidRPr="00B03D95">
        <w:rPr>
          <w:rFonts w:ascii="Times New Roman" w:eastAsia="標楷體" w:hAnsi="Times New Roman" w:cs="Times New Roman"/>
          <w:b/>
          <w:bCs/>
          <w:lang w:eastAsia="zh-TW"/>
        </w:rPr>
        <w:t>總加分</w:t>
      </w:r>
      <w:proofErr w:type="gramEnd"/>
      <w:r w:rsidRPr="00B03D95">
        <w:rPr>
          <w:rFonts w:ascii="Times New Roman" w:eastAsia="標楷體" w:hAnsi="Times New Roman" w:cs="Times New Roman"/>
          <w:b/>
          <w:bCs/>
          <w:lang w:eastAsia="zh-TW"/>
        </w:rPr>
        <w:t>：</w:t>
      </w:r>
      <w:r w:rsidRPr="00B03D95">
        <w:rPr>
          <w:rFonts w:ascii="Times New Roman" w:eastAsia="標楷體" w:hAnsi="Times New Roman" w:cs="Times New Roman"/>
          <w:b/>
          <w:bCs/>
          <w:lang w:eastAsia="zh-TW"/>
        </w:rPr>
        <w:t>________</w:t>
      </w:r>
      <w:r w:rsidRPr="00B03D95">
        <w:rPr>
          <w:rFonts w:ascii="Times New Roman" w:eastAsia="標楷體" w:hAnsi="Times New Roman" w:cs="Times New Roman"/>
          <w:b/>
          <w:bCs/>
          <w:lang w:eastAsia="zh-TW"/>
        </w:rPr>
        <w:t>分</w:t>
      </w:r>
      <w:r w:rsidRPr="00D7544A">
        <w:rPr>
          <w:rFonts w:ascii="Times New Roman" w:eastAsia="標楷體" w:hAnsi="Times New Roman" w:cs="Times New Roman"/>
          <w:lang w:eastAsia="zh-TW"/>
        </w:rPr>
        <w:t>（最高</w:t>
      </w:r>
      <w:r w:rsidRPr="00D7544A">
        <w:rPr>
          <w:rFonts w:ascii="Times New Roman" w:eastAsia="標楷體" w:hAnsi="Times New Roman" w:cs="Times New Roman"/>
          <w:lang w:eastAsia="zh-TW"/>
        </w:rPr>
        <w:t>10</w:t>
      </w:r>
      <w:r w:rsidRPr="00D7544A">
        <w:rPr>
          <w:rFonts w:ascii="Times New Roman" w:eastAsia="標楷體" w:hAnsi="Times New Roman" w:cs="Times New Roman"/>
          <w:lang w:eastAsia="zh-TW"/>
        </w:rPr>
        <w:t>分）</w:t>
      </w:r>
    </w:p>
    <w:p w14:paraId="182BB808" w14:textId="750C26A5" w:rsidR="00EF67D6" w:rsidRDefault="00000000" w:rsidP="00B03D95">
      <w:pPr>
        <w:pStyle w:val="ae"/>
        <w:numPr>
          <w:ilvl w:val="0"/>
          <w:numId w:val="10"/>
        </w:numPr>
        <w:ind w:left="284" w:hanging="284"/>
        <w:rPr>
          <w:rFonts w:ascii="Times New Roman" w:eastAsia="標楷體" w:hAnsi="Times New Roman" w:cs="Times New Roman"/>
          <w:lang w:eastAsia="zh-TW"/>
        </w:rPr>
      </w:pPr>
      <w:r w:rsidRPr="00B03D95">
        <w:rPr>
          <w:rFonts w:ascii="Times New Roman" w:eastAsia="標楷體" w:hAnsi="Times New Roman" w:cs="Times New Roman"/>
          <w:lang w:eastAsia="zh-TW"/>
        </w:rPr>
        <w:t>論文相同貢獻作者請依人數均分。</w:t>
      </w:r>
    </w:p>
    <w:p w14:paraId="01577475" w14:textId="63DEF5CB" w:rsidR="00B03D95" w:rsidRDefault="00B03D95" w:rsidP="00B03D95">
      <w:pPr>
        <w:pStyle w:val="ae"/>
        <w:numPr>
          <w:ilvl w:val="0"/>
          <w:numId w:val="10"/>
        </w:numPr>
        <w:ind w:left="284" w:hanging="284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請附上論文接受函或全文以玆證明。</w:t>
      </w:r>
    </w:p>
    <w:p w14:paraId="21BBA0F0" w14:textId="53F59F01" w:rsidR="00B03D95" w:rsidRPr="00B03D95" w:rsidRDefault="00B03D95" w:rsidP="00B03D95">
      <w:pPr>
        <w:pStyle w:val="ae"/>
        <w:numPr>
          <w:ilvl w:val="0"/>
          <w:numId w:val="10"/>
        </w:numPr>
        <w:ind w:left="284" w:hanging="284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核醫年會</w:t>
      </w:r>
      <w:r w:rsidRPr="00B03D95">
        <w:rPr>
          <w:rFonts w:ascii="Times New Roman" w:eastAsia="標楷體" w:hAnsi="Times New Roman" w:cs="Times New Roman"/>
          <w:lang w:eastAsia="zh-TW"/>
        </w:rPr>
        <w:t>參加紀錄，請至</w:t>
      </w:r>
      <w:proofErr w:type="gramStart"/>
      <w:r w:rsidRPr="00B03D95">
        <w:rPr>
          <w:rFonts w:ascii="Times New Roman" w:eastAsia="標楷體" w:hAnsi="Times New Roman" w:cs="Times New Roman"/>
          <w:lang w:eastAsia="zh-TW"/>
        </w:rPr>
        <w:t>學會官網</w:t>
      </w:r>
      <w:proofErr w:type="gramEnd"/>
      <w:r w:rsidRPr="00B03D95">
        <w:rPr>
          <w:rFonts w:ascii="Times New Roman" w:eastAsia="標楷體" w:hAnsi="Times New Roman" w:cs="Times New Roman"/>
          <w:lang w:eastAsia="zh-TW"/>
        </w:rPr>
        <w:t>，登入後至會員專區</w:t>
      </w:r>
      <w:r w:rsidRPr="00B03D95">
        <w:rPr>
          <w:rFonts w:ascii="Times New Roman" w:eastAsia="標楷體" w:hAnsi="Times New Roman" w:cs="Times New Roman"/>
          <w:lang w:eastAsia="zh-TW"/>
        </w:rPr>
        <w:t>→</w:t>
      </w:r>
      <w:r w:rsidRPr="00B03D95">
        <w:rPr>
          <w:rFonts w:ascii="Times New Roman" w:eastAsia="標楷體" w:hAnsi="Times New Roman" w:cs="Times New Roman"/>
          <w:lang w:eastAsia="zh-TW"/>
        </w:rPr>
        <w:t>會員積分查詢</w:t>
      </w:r>
      <w:r w:rsidRPr="00B03D95">
        <w:rPr>
          <w:rFonts w:ascii="Times New Roman" w:eastAsia="標楷體" w:hAnsi="Times New Roman" w:cs="Times New Roman"/>
          <w:lang w:eastAsia="zh-TW"/>
        </w:rPr>
        <w:t>→</w:t>
      </w:r>
      <w:r w:rsidRPr="00B03D95">
        <w:rPr>
          <w:rFonts w:ascii="Times New Roman" w:eastAsia="標楷體" w:hAnsi="Times New Roman" w:cs="Times New Roman"/>
          <w:lang w:eastAsia="zh-TW"/>
        </w:rPr>
        <w:t>課程積分，將訓練</w:t>
      </w:r>
      <w:r w:rsidRPr="00B03D95">
        <w:rPr>
          <w:rFonts w:ascii="Times New Roman" w:eastAsia="標楷體" w:hAnsi="Times New Roman" w:cs="Times New Roman"/>
          <w:lang w:eastAsia="zh-TW"/>
        </w:rPr>
        <w:t>4</w:t>
      </w:r>
      <w:r w:rsidRPr="00B03D95">
        <w:rPr>
          <w:rFonts w:ascii="Times New Roman" w:eastAsia="標楷體" w:hAnsi="Times New Roman" w:cs="Times New Roman"/>
          <w:lang w:eastAsia="zh-TW"/>
        </w:rPr>
        <w:t>年間所參加的學術活動</w:t>
      </w:r>
      <w:r w:rsidRPr="00B03D95">
        <w:rPr>
          <w:rFonts w:ascii="Times New Roman" w:eastAsia="標楷體" w:hAnsi="Times New Roman" w:cs="Times New Roman"/>
          <w:lang w:eastAsia="zh-TW"/>
        </w:rPr>
        <w:t>/</w:t>
      </w:r>
      <w:r w:rsidRPr="00B03D95">
        <w:rPr>
          <w:rFonts w:ascii="Times New Roman" w:eastAsia="標楷體" w:hAnsi="Times New Roman" w:cs="Times New Roman"/>
          <w:lang w:eastAsia="zh-TW"/>
        </w:rPr>
        <w:t>月會列表印出為附件。</w:t>
      </w:r>
    </w:p>
    <w:sectPr w:rsidR="00B03D95" w:rsidRPr="00B03D95" w:rsidSect="00D7544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A33C7"/>
    <w:multiLevelType w:val="hybridMultilevel"/>
    <w:tmpl w:val="28BC05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6807865">
    <w:abstractNumId w:val="8"/>
  </w:num>
  <w:num w:numId="2" w16cid:durableId="152261868">
    <w:abstractNumId w:val="6"/>
  </w:num>
  <w:num w:numId="3" w16cid:durableId="1251966770">
    <w:abstractNumId w:val="5"/>
  </w:num>
  <w:num w:numId="4" w16cid:durableId="1680280415">
    <w:abstractNumId w:val="4"/>
  </w:num>
  <w:num w:numId="5" w16cid:durableId="1414162722">
    <w:abstractNumId w:val="7"/>
  </w:num>
  <w:num w:numId="6" w16cid:durableId="1839811524">
    <w:abstractNumId w:val="3"/>
  </w:num>
  <w:num w:numId="7" w16cid:durableId="1049722472">
    <w:abstractNumId w:val="2"/>
  </w:num>
  <w:num w:numId="8" w16cid:durableId="1433210065">
    <w:abstractNumId w:val="1"/>
  </w:num>
  <w:num w:numId="9" w16cid:durableId="1121143817">
    <w:abstractNumId w:val="0"/>
  </w:num>
  <w:num w:numId="10" w16cid:durableId="3013465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6AD2"/>
    <w:rsid w:val="003C4B47"/>
    <w:rsid w:val="006D28D4"/>
    <w:rsid w:val="009749CE"/>
    <w:rsid w:val="00AA1D8D"/>
    <w:rsid w:val="00B03D95"/>
    <w:rsid w:val="00B47730"/>
    <w:rsid w:val="00CB0664"/>
    <w:rsid w:val="00D7544A"/>
    <w:rsid w:val="00E2620F"/>
    <w:rsid w:val="00EF67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B4CD3A"/>
  <w14:defaultImageDpi w14:val="300"/>
  <w15:docId w15:val="{6D633A60-F12A-41EB-8DA0-770A5D65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snm t</cp:lastModifiedBy>
  <cp:revision>6</cp:revision>
  <dcterms:created xsi:type="dcterms:W3CDTF">2013-12-23T23:15:00Z</dcterms:created>
  <dcterms:modified xsi:type="dcterms:W3CDTF">2026-07-08T00:40:00Z</dcterms:modified>
  <cp:category/>
</cp:coreProperties>
</file>